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TEMPLATE ARTIKEL ILMIAH</w:t>
        <w:br/>
        <w:t>JOURNAL OF ANESTHESIA RIAU (JAR)</w:t>
      </w:r>
    </w:p>
    <w:p>
      <w:pPr>
        <w:pStyle w:val="Heading2"/>
      </w:pPr>
      <w:r>
        <w:t>Judul Artikel (Bahasa Indonesia)</w:t>
      </w:r>
    </w:p>
    <w:p>
      <w:r>
        <w:t>Maksimal 16 kata, jelas dan spesifik</w:t>
      </w:r>
    </w:p>
    <w:p>
      <w:pPr>
        <w:pStyle w:val="Heading2"/>
      </w:pPr>
      <w:r>
        <w:t>Article Title (English)</w:t>
      </w:r>
    </w:p>
    <w:p>
      <w:r>
        <w:t>Maximum 16 words</w:t>
      </w:r>
    </w:p>
    <w:p>
      <w:pPr>
        <w:pStyle w:val="Heading2"/>
      </w:pPr>
      <w:r>
        <w:t>Nama Penulis</w:t>
      </w:r>
    </w:p>
    <w:p>
      <w:r>
        <w:t>Nama Penulis¹, Nama Penulis²</w:t>
        <w:br/>
        <w:t>Afiliasi, Kota, Negara</w:t>
        <w:br/>
        <w:t>Email korespondensi</w:t>
      </w:r>
    </w:p>
    <w:p>
      <w:pPr>
        <w:pStyle w:val="Heading2"/>
      </w:pPr>
      <w:r>
        <w:t>ABSTRAK</w:t>
      </w:r>
    </w:p>
    <w:p>
      <w:r>
        <w:t>Latar Belakang:</w:t>
        <w:br/>
        <w:t>Tujuan:</w:t>
        <w:br/>
        <w:t>Metode:</w:t>
        <w:br/>
        <w:t>Hasil:</w:t>
        <w:br/>
        <w:t>Kesimpulan:</w:t>
        <w:br/>
        <w:t>Kata Kunci: (3–5 kata)</w:t>
      </w:r>
    </w:p>
    <w:p>
      <w:pPr>
        <w:pStyle w:val="Heading2"/>
      </w:pPr>
      <w:r>
        <w:t>ABSTRACT</w:t>
      </w:r>
    </w:p>
    <w:p>
      <w:r>
        <w:t>Background:</w:t>
        <w:br/>
        <w:t>Objective:</w:t>
        <w:br/>
        <w:t>Methods:</w:t>
        <w:br/>
        <w:t>Results:</w:t>
        <w:br/>
        <w:t>Conclusion:</w:t>
        <w:br/>
        <w:t>Keywords:</w:t>
      </w:r>
    </w:p>
    <w:p>
      <w:pPr>
        <w:pStyle w:val="Heading2"/>
      </w:pPr>
      <w:r>
        <w:t>GRAPHICAL ABSTRACT / ABSTRAK GRAFIS</w:t>
      </w:r>
    </w:p>
    <w:p>
      <w:r>
        <w:t>Berupa satu gambar ringkas yang menggambarkan:</w:t>
        <w:br/>
        <w:t>- Latar belakang masalah</w:t>
        <w:br/>
        <w:t>- Metode utama</w:t>
        <w:br/>
        <w:t>- Hasil inti</w:t>
        <w:br/>
        <w:t>- Implikasi klinis</w:t>
        <w:br/>
        <w:br/>
        <w:t>Ketentuan:</w:t>
        <w:br/>
        <w:t>- Resolusi minimal 300 dpi</w:t>
        <w:br/>
        <w:t>- Format JPG/PNG</w:t>
        <w:br/>
        <w:t>- Tanpa teks berlebihan</w:t>
        <w:br/>
        <w:t>- Boleh menggunakan ikon/skema alur</w:t>
        <w:br/>
        <w:br/>
        <w:t>Judul singkat graphical abstract ditulis di bawah gambar.</w:t>
      </w:r>
    </w:p>
    <w:p>
      <w:pPr>
        <w:pStyle w:val="Heading2"/>
      </w:pPr>
      <w:r>
        <w:t>PENDAHULUAN</w:t>
      </w:r>
    </w:p>
    <w:p>
      <w:r>
        <w:t>Latar belakang, gap penelitian, dan tujuan</w:t>
      </w:r>
    </w:p>
    <w:p>
      <w:pPr>
        <w:pStyle w:val="Heading2"/>
      </w:pPr>
      <w:r>
        <w:t>METODE PENELITIAN</w:t>
      </w:r>
    </w:p>
    <w:p>
      <w:r>
        <w:t>Desain Penelitian</w:t>
        <w:br/>
        <w:t>Subjek dan Sampel</w:t>
        <w:br/>
        <w:t>Prosedur</w:t>
        <w:br/>
        <w:t>Variabel</w:t>
        <w:br/>
        <w:t>Analisis Statistik</w:t>
        <w:br/>
        <w:t>Persetujuan Etik</w:t>
      </w:r>
    </w:p>
    <w:p>
      <w:pPr>
        <w:pStyle w:val="Heading2"/>
      </w:pPr>
      <w:r>
        <w:t>HASIL</w:t>
      </w:r>
    </w:p>
    <w:p>
      <w:r>
        <w:t>Disajikan dalam teks, tabel, dan gambar</w:t>
      </w:r>
    </w:p>
    <w:p>
      <w:pPr>
        <w:pStyle w:val="Heading2"/>
      </w:pPr>
      <w:r>
        <w:t>PEMBAHASAN</w:t>
      </w:r>
    </w:p>
    <w:p>
      <w:r>
        <w:t>Interpretasi hasil dan perbandingan literatur</w:t>
      </w:r>
    </w:p>
    <w:p>
      <w:pPr>
        <w:pStyle w:val="Heading2"/>
      </w:pPr>
      <w:r>
        <w:t>KESIMPULAN</w:t>
      </w:r>
    </w:p>
    <w:p>
      <w:r>
        <w:t>Kesimpulan utama dan rekomendasi</w:t>
      </w:r>
    </w:p>
    <w:p>
      <w:pPr>
        <w:pStyle w:val="Heading2"/>
      </w:pPr>
      <w:r>
        <w:t>UCAPAN TERIMA KASIH</w:t>
      </w:r>
    </w:p>
    <w:p>
      <w:r>
        <w:t>Opsional</w:t>
      </w:r>
    </w:p>
    <w:p>
      <w:pPr>
        <w:pStyle w:val="Heading2"/>
      </w:pPr>
      <w:r>
        <w:t>KONFLIK KEPENTINGAN</w:t>
      </w:r>
    </w:p>
    <w:p>
      <w:r>
        <w:t>Nyatakan ada atau tidak</w:t>
      </w:r>
    </w:p>
    <w:p>
      <w:pPr>
        <w:pStyle w:val="Heading2"/>
      </w:pPr>
      <w:r>
        <w:t>SUMBER PENDANAAN</w:t>
      </w:r>
    </w:p>
    <w:p>
      <w:r>
        <w:t>Nyatakan sumber pendanaan</w:t>
      </w:r>
    </w:p>
    <w:p>
      <w:pPr>
        <w:pStyle w:val="Heading2"/>
      </w:pPr>
      <w:r>
        <w:t>DAFTAR PUSTAKA</w:t>
      </w:r>
    </w:p>
    <w:p>
      <w:r>
        <w:t>Menggunakan Vancouver Style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